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חנות המבצעים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אחרי הנחה באחוזים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קניות במסגרת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מבצעים ולבחור את הכדאי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פנס קמפינג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660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לשני המוצרים יש הנחה זהה של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340 ₪ לעומת 240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225 ₪ + 60 ₪ = 285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אין על הספרים הנחה 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לאחוז ההנחה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(25%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(50%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(20%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(15%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(30% הנחה)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את המחיר הכולל אחרי ההנחות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מתוך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נשאר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קנייה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קורקינט (340)+נעלי ספורט (240)+שעון (225)=805 ₪, עודף 195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לחשב אחוז מתוך מחיר 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השוואת מחירים ובדיקת הצורך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מראה תכנון תקציב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מחשבון לחישוב האחוזים בשלב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ה'תכננו קנייה חכמה' בזוגות לעידוד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מוצרים עם ובלי הנחה לפני סיום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חנות המבצעים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התרגול הזה תתרגלו חישובי הנחות באחוזים על מוצרים בחנות מדומה, ותבדקו איך מתכננים קניות חכמות עם תקציב של 1,000 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עולות האוזניות אחרי הנחה של 50%?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עולות נעלי הספורט אחרי הנחה של 25%?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מוצר הכי זול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פנס קמפינג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עולה תיק הגב אחרי הנחה של 20%?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קונים רק קורקינט מתוך 1,000 ₪, כמה עודף יישאר?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מוצר ברשימה הבאה אין לו הנחה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ההנחה על הפנס קמפינג גדולה יותר מההנחה על האוזניות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הקורקינט אחרי ההנחה גבוה ממחיר נעלי הספורט אחרי ההנחה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שעון וכדורסל ביחד, הסכום הכולל אחרי הנחה נמוך מ-300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סדרת הספרים נמכרת במחיר מבצע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המחיר של תיק הגב לפני ההנחה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ההנחה על השעון היא __________ 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הכדורסל אחרי ההנחה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עד __________ מוצרים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מוצר לאחוז ההנחה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נעלי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30%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25%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 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15%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50%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20% הנחה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המחיר הכולל אחרי ההנחות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מוצרים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אם נשאר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מתוך התקציב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3 מוצרים מהרשימה כך שסכום המחירים אחרי ההנחה לא יעבור 1,000 ₪, וכתבו כמה עודף יישאר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כמה עולה מוצר אחרי הנחה של 20%?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שקונים משהו בהנחה?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לכם 1,000 ₪, איך תבחרו אילו מוצרים לקנות?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חנות המבצעים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