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אחרי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מבצעים ולבחור את הכדאי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120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לשני המוצרים יש הנחה זהה של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על הספרים הנחה 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מוצר לאחוז ההנחה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(25%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(20% הנחה)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(15% הנחה)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מוצרים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 את המחיר הכולל אחרי ההנחות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מתוך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נשאר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קורקינט (340)+נעלי ספורט (240)+שעון (225)=805 ₪, עודף 195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לחשב אחוז מתוך מחיר 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השוואת מחירים ובדיקת הצורך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מראה תכנון תקציב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מחשבון לחישוב האחוזים בשלב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ה'תכננו קנייה חכמה' בזוגות לעידוד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מוצרים עם ובלי הנחה לפני סיום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חנות המבצעים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התרגול הזה תתרגלו חישובי הנחות באחוזים על מוצרים בחנות מדומה, ותבדקו איך מתכננים קניות חכמות עם תקציב של 1,000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150  ·  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עולות האוזניות אחרי הנחה של 50%?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עולות נעלי הספורט אחרי הנחה של 25%?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עולה תיק הגב אחרי הנחה של 20%?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ההנחה על הפנס קמפינג גדולה יותר מההנחה על האוזניות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סדרת הספרים נמכרת במחיר מבצע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המחיר של תיק הגב לפני ההנחה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ההנחה על השעון היא __________ אחוזים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מוצר לאחוז ההנחה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נעלי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50%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 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15% הנחה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20% הנחה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עודף אם נשאר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מתוך 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את המחיר הכולל אחרי ההנחות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מוצרים מתוך 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תכננו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3 מוצרים מהרשימה כך שסכום המחירים אחרי ההנחה לא יעבור 1,000 ₪, וכתבו כמה עודף יישאר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כמה עולה מוצר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לבדוק לפני שקונים משהו בהנחה?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חנות המבצעים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